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DE232" w14:textId="77777777" w:rsidR="00DF2CC2" w:rsidRPr="000C1618" w:rsidRDefault="00000000">
      <w:pPr>
        <w:spacing w:after="20"/>
        <w:jc w:val="center"/>
        <w:rPr>
          <w:lang w:val="pt-PT"/>
        </w:rPr>
      </w:pPr>
      <w:r w:rsidRPr="000C1618">
        <w:rPr>
          <w:b/>
          <w:sz w:val="28"/>
          <w:lang w:val="pt-PT"/>
        </w:rPr>
        <w:t>FORMULÁRIO DE AUDIÊNCIA DOS INTERESSADOS</w:t>
      </w:r>
    </w:p>
    <w:p w14:paraId="30AB87E2" w14:textId="77777777" w:rsidR="00DF2CC2" w:rsidRPr="000C1618" w:rsidRDefault="00000000">
      <w:pPr>
        <w:spacing w:after="20"/>
        <w:jc w:val="center"/>
        <w:rPr>
          <w:lang w:val="pt-PT"/>
        </w:rPr>
      </w:pPr>
      <w:r w:rsidRPr="000C1618">
        <w:rPr>
          <w:b/>
          <w:sz w:val="21"/>
          <w:lang w:val="pt-PT"/>
        </w:rPr>
        <w:t>Procedimento concursal comum – Técnico Superior, área de Psicologia</w:t>
      </w:r>
    </w:p>
    <w:p w14:paraId="3F88BC59" w14:textId="77777777" w:rsidR="00DF2CC2" w:rsidRPr="000C1618" w:rsidRDefault="00000000">
      <w:pPr>
        <w:spacing w:after="60"/>
        <w:jc w:val="center"/>
        <w:rPr>
          <w:lang w:val="pt-PT"/>
        </w:rPr>
      </w:pPr>
      <w:r w:rsidRPr="000C1618">
        <w:rPr>
          <w:sz w:val="19"/>
          <w:lang w:val="pt-PT"/>
        </w:rPr>
        <w:t>BEP OE202606/0118</w:t>
      </w:r>
    </w:p>
    <w:p w14:paraId="7BAE749A" w14:textId="77777777" w:rsidR="00DF2CC2" w:rsidRPr="000C1618" w:rsidRDefault="00000000">
      <w:pPr>
        <w:spacing w:after="60"/>
        <w:jc w:val="center"/>
        <w:rPr>
          <w:lang w:val="pt-PT"/>
        </w:rPr>
      </w:pPr>
      <w:r w:rsidRPr="000C1618">
        <w:rPr>
          <w:b/>
          <w:lang w:val="pt-PT"/>
        </w:rPr>
        <w:t>Formulário de utilização obrigatória para o exercício do direito de participação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4855"/>
        <w:gridCol w:w="5333"/>
      </w:tblGrid>
      <w:tr w:rsidR="00DF2CC2" w14:paraId="2CC343ED" w14:textId="77777777">
        <w:trPr>
          <w:jc w:val="center"/>
        </w:trPr>
        <w:tc>
          <w:tcPr>
            <w:tcW w:w="4986" w:type="dxa"/>
            <w:vAlign w:val="center"/>
          </w:tcPr>
          <w:p w14:paraId="6EBC22B7" w14:textId="77777777" w:rsidR="00DF2CC2" w:rsidRDefault="00000000">
            <w:r>
              <w:rPr>
                <w:b/>
              </w:rPr>
              <w:t>Nome completo do(a) candidato(a)</w:t>
            </w:r>
          </w:p>
        </w:tc>
        <w:tc>
          <w:tcPr>
            <w:tcW w:w="4986" w:type="dxa"/>
            <w:vAlign w:val="center"/>
          </w:tcPr>
          <w:p w14:paraId="428CC08A" w14:textId="77777777" w:rsidR="00DF2CC2" w:rsidRDefault="00DF2CC2"/>
        </w:tc>
      </w:tr>
      <w:tr w:rsidR="00DF2CC2" w14:paraId="125A4084" w14:textId="77777777">
        <w:trPr>
          <w:jc w:val="center"/>
        </w:trPr>
        <w:tc>
          <w:tcPr>
            <w:tcW w:w="4986" w:type="dxa"/>
            <w:vAlign w:val="center"/>
          </w:tcPr>
          <w:p w14:paraId="5A11B41C" w14:textId="77777777" w:rsidR="00DF2CC2" w:rsidRDefault="00000000">
            <w:r>
              <w:rPr>
                <w:b/>
              </w:rPr>
              <w:t>Endereço de email</w:t>
            </w:r>
          </w:p>
        </w:tc>
        <w:tc>
          <w:tcPr>
            <w:tcW w:w="4986" w:type="dxa"/>
            <w:vAlign w:val="center"/>
          </w:tcPr>
          <w:p w14:paraId="74378E47" w14:textId="77777777" w:rsidR="00DF2CC2" w:rsidRDefault="00DF2CC2"/>
        </w:tc>
      </w:tr>
      <w:tr w:rsidR="00DF2CC2" w14:paraId="6BE8AB00" w14:textId="77777777">
        <w:trPr>
          <w:jc w:val="center"/>
        </w:trPr>
        <w:tc>
          <w:tcPr>
            <w:tcW w:w="4986" w:type="dxa"/>
            <w:vAlign w:val="center"/>
          </w:tcPr>
          <w:p w14:paraId="2B69D235" w14:textId="77777777" w:rsidR="00DF2CC2" w:rsidRDefault="00000000">
            <w:r>
              <w:rPr>
                <w:b/>
              </w:rPr>
              <w:t>Contacto telefónico (facultativo)</w:t>
            </w:r>
          </w:p>
        </w:tc>
        <w:tc>
          <w:tcPr>
            <w:tcW w:w="4986" w:type="dxa"/>
            <w:vAlign w:val="center"/>
          </w:tcPr>
          <w:p w14:paraId="15B21552" w14:textId="77777777" w:rsidR="00DF2CC2" w:rsidRDefault="00DF2CC2"/>
        </w:tc>
      </w:tr>
      <w:tr w:rsidR="00DF2CC2" w:rsidRPr="000C1618" w14:paraId="0016B567" w14:textId="77777777">
        <w:trPr>
          <w:jc w:val="center"/>
        </w:trPr>
        <w:tc>
          <w:tcPr>
            <w:tcW w:w="4986" w:type="dxa"/>
            <w:vAlign w:val="center"/>
          </w:tcPr>
          <w:p w14:paraId="57F51263" w14:textId="77777777" w:rsidR="00DF2CC2" w:rsidRDefault="00000000">
            <w:r>
              <w:rPr>
                <w:b/>
              </w:rPr>
              <w:t>Objeto da pronúncia</w:t>
            </w:r>
          </w:p>
        </w:tc>
        <w:tc>
          <w:tcPr>
            <w:tcW w:w="4986" w:type="dxa"/>
            <w:vAlign w:val="center"/>
          </w:tcPr>
          <w:p w14:paraId="6FCF55AD" w14:textId="77777777" w:rsidR="00DF2CC2" w:rsidRPr="000C1618" w:rsidRDefault="00000000">
            <w:pPr>
              <w:rPr>
                <w:lang w:val="pt-PT"/>
              </w:rPr>
            </w:pPr>
            <w:r w:rsidRPr="000C1618">
              <w:rPr>
                <w:lang w:val="pt-PT"/>
              </w:rPr>
              <w:t>☐ Projeto de lista / ordenação   ☐ Classificação   ☐ Exclusão   ☐ Outro</w:t>
            </w:r>
          </w:p>
        </w:tc>
      </w:tr>
      <w:tr w:rsidR="00DF2CC2" w14:paraId="37CA3895" w14:textId="77777777">
        <w:trPr>
          <w:jc w:val="center"/>
        </w:trPr>
        <w:tc>
          <w:tcPr>
            <w:tcW w:w="4986" w:type="dxa"/>
            <w:vAlign w:val="center"/>
          </w:tcPr>
          <w:p w14:paraId="0239E519" w14:textId="77777777" w:rsidR="00DF2CC2" w:rsidRDefault="00000000">
            <w:r>
              <w:rPr>
                <w:b/>
              </w:rPr>
              <w:t>Documentos anexos</w:t>
            </w:r>
          </w:p>
        </w:tc>
        <w:tc>
          <w:tcPr>
            <w:tcW w:w="4986" w:type="dxa"/>
            <w:vAlign w:val="center"/>
          </w:tcPr>
          <w:p w14:paraId="021697CD" w14:textId="77777777" w:rsidR="00DF2CC2" w:rsidRDefault="00000000">
            <w:r>
              <w:t>☐ Não   ☐ Sim — indicar: ______________________________________________</w:t>
            </w:r>
          </w:p>
        </w:tc>
      </w:tr>
    </w:tbl>
    <w:p w14:paraId="63E97ABF" w14:textId="77777777" w:rsidR="00DF2CC2" w:rsidRDefault="00000000">
      <w:pPr>
        <w:spacing w:before="160" w:after="60"/>
        <w:jc w:val="both"/>
      </w:pPr>
      <w:r>
        <w:rPr>
          <w:b/>
        </w:rPr>
        <w:t>Pronúncia / exposição dos fundamentos: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972"/>
      </w:tblGrid>
      <w:tr w:rsidR="00DF2CC2" w14:paraId="7DE023CB" w14:textId="77777777">
        <w:trPr>
          <w:trHeight w:val="3402"/>
        </w:trPr>
        <w:tc>
          <w:tcPr>
            <w:tcW w:w="9972" w:type="dxa"/>
          </w:tcPr>
          <w:p w14:paraId="0F16EF1F" w14:textId="77777777" w:rsidR="00DF2CC2" w:rsidRDefault="00000000"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1ACA110B" w14:textId="77777777" w:rsidR="00DF2CC2" w:rsidRDefault="00000000">
      <w:pPr>
        <w:spacing w:before="160" w:after="60"/>
        <w:jc w:val="both"/>
      </w:pPr>
      <w:r>
        <w:rPr>
          <w:b/>
        </w:rPr>
        <w:t>Pedido / conclusão: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972"/>
      </w:tblGrid>
      <w:tr w:rsidR="00DF2CC2" w14:paraId="78E788CC" w14:textId="77777777">
        <w:trPr>
          <w:trHeight w:val="1361"/>
        </w:trPr>
        <w:tc>
          <w:tcPr>
            <w:tcW w:w="9972" w:type="dxa"/>
          </w:tcPr>
          <w:p w14:paraId="54FC94DB" w14:textId="77777777" w:rsidR="00DF2CC2" w:rsidRDefault="00000000">
            <w:r>
              <w:br/>
            </w:r>
            <w:r>
              <w:br/>
            </w:r>
            <w:r>
              <w:br/>
            </w:r>
          </w:p>
        </w:tc>
      </w:tr>
    </w:tbl>
    <w:p w14:paraId="6577E1E2" w14:textId="77777777" w:rsidR="00DF2CC2" w:rsidRDefault="00000000">
      <w:pPr>
        <w:spacing w:before="160" w:after="40"/>
        <w:jc w:val="both"/>
      </w:pPr>
      <w:r>
        <w:t>Data: ____ / ____ / 2026</w:t>
      </w:r>
    </w:p>
    <w:p w14:paraId="43218AF8" w14:textId="77777777" w:rsidR="00DF2CC2" w:rsidRDefault="00000000">
      <w:pPr>
        <w:spacing w:after="60"/>
        <w:jc w:val="both"/>
      </w:pPr>
      <w:r>
        <w:t>Assinatura: _______________________________________________</w:t>
      </w:r>
    </w:p>
    <w:p w14:paraId="78DD2D33" w14:textId="6F3DCAE4" w:rsidR="00DF2CC2" w:rsidRDefault="00000000">
      <w:pPr>
        <w:spacing w:before="160" w:after="40"/>
        <w:jc w:val="both"/>
      </w:pPr>
      <w:r>
        <w:rPr>
          <w:b/>
        </w:rPr>
        <w:t xml:space="preserve">Envio obrigatório para: </w:t>
      </w:r>
      <w:r w:rsidR="000C1618">
        <w:rPr>
          <w:b/>
        </w:rPr>
        <w:t>secretaria</w:t>
      </w:r>
      <w:r>
        <w:rPr>
          <w:b/>
        </w:rPr>
        <w:t>@esjaloures.org</w:t>
      </w:r>
    </w:p>
    <w:p w14:paraId="581BE6F3" w14:textId="77777777" w:rsidR="00DF2CC2" w:rsidRPr="000C1618" w:rsidRDefault="00000000">
      <w:pPr>
        <w:spacing w:after="40"/>
        <w:jc w:val="both"/>
        <w:rPr>
          <w:lang w:val="pt-PT"/>
        </w:rPr>
      </w:pPr>
      <w:r w:rsidRPr="000C1618">
        <w:rPr>
          <w:b/>
          <w:lang w:val="pt-PT"/>
        </w:rPr>
        <w:t>Prazo de audiência: 22 de outubro a 4 de novembro de 2026, inclusive.</w:t>
      </w:r>
    </w:p>
    <w:p w14:paraId="4177E7FF" w14:textId="77777777" w:rsidR="00DF2CC2" w:rsidRPr="000C1618" w:rsidRDefault="00000000">
      <w:pPr>
        <w:spacing w:after="60"/>
        <w:jc w:val="both"/>
        <w:rPr>
          <w:lang w:val="pt-PT"/>
        </w:rPr>
      </w:pPr>
      <w:r w:rsidRPr="000C1618">
        <w:rPr>
          <w:sz w:val="17"/>
          <w:lang w:val="pt-PT"/>
        </w:rPr>
        <w:t>Nota: a apresentação de pronúncia não dispensa a identificação clara dos factos, fundamentos e pedido que o(a) candidato(a) pretende ver apreciados pelo Júri.</w:t>
      </w:r>
    </w:p>
    <w:sectPr w:rsidR="00DF2CC2" w:rsidRPr="000C1618" w:rsidSect="00034616">
      <w:headerReference w:type="default" r:id="rId8"/>
      <w:footerReference w:type="default" r:id="rId9"/>
      <w:pgSz w:w="12240" w:h="15840"/>
      <w:pgMar w:top="1361" w:right="1134" w:bottom="737" w:left="1134" w:header="283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B8D90" w14:textId="77777777" w:rsidR="00845967" w:rsidRDefault="00845967">
      <w:pPr>
        <w:spacing w:after="0" w:line="240" w:lineRule="auto"/>
      </w:pPr>
      <w:r>
        <w:separator/>
      </w:r>
    </w:p>
  </w:endnote>
  <w:endnote w:type="continuationSeparator" w:id="0">
    <w:p w14:paraId="3E83D75F" w14:textId="77777777" w:rsidR="00845967" w:rsidRDefault="00845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8EC65" w14:textId="77777777" w:rsidR="00DF2CC2" w:rsidRPr="000C1618" w:rsidRDefault="00000000">
    <w:pPr>
      <w:pStyle w:val="Rodap"/>
      <w:jc w:val="center"/>
      <w:rPr>
        <w:lang w:val="pt-PT"/>
      </w:rPr>
    </w:pPr>
    <w:r w:rsidRPr="000C1618">
      <w:rPr>
        <w:sz w:val="16"/>
        <w:lang w:val="pt-PT"/>
      </w:rPr>
      <w:t>Agrupamento de Escolas José Afonso, Loures | Procedimento concursal OE202606/0118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D4D" w14:textId="77777777" w:rsidR="00845967" w:rsidRDefault="00845967">
      <w:pPr>
        <w:spacing w:after="0" w:line="240" w:lineRule="auto"/>
      </w:pPr>
      <w:r>
        <w:separator/>
      </w:r>
    </w:p>
  </w:footnote>
  <w:footnote w:type="continuationSeparator" w:id="0">
    <w:p w14:paraId="5F63AF75" w14:textId="77777777" w:rsidR="00845967" w:rsidRDefault="00845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A77DF" w14:textId="77777777" w:rsidR="00DF2CC2" w:rsidRDefault="00DF2CC2">
    <w:pPr>
      <w:pStyle w:val="Cabealho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819"/>
      <w:gridCol w:w="4819"/>
    </w:tblGrid>
    <w:tr w:rsidR="00DF2CC2" w14:paraId="6060BC31" w14:textId="77777777">
      <w:trPr>
        <w:jc w:val="center"/>
      </w:trPr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E45A982" w14:textId="77777777" w:rsidR="00DF2CC2" w:rsidRDefault="00000000">
          <w:r>
            <w:rPr>
              <w:noProof/>
            </w:rPr>
            <w:drawing>
              <wp:inline distT="0" distB="0" distL="0" distR="0" wp14:anchorId="4DC74766" wp14:editId="710AF90E">
                <wp:extent cx="1440000" cy="6804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6804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184D80B" w14:textId="77777777" w:rsidR="00DF2CC2" w:rsidRDefault="00000000">
          <w:pPr>
            <w:jc w:val="right"/>
          </w:pPr>
          <w:r>
            <w:rPr>
              <w:noProof/>
            </w:rPr>
            <w:drawing>
              <wp:inline distT="0" distB="0" distL="0" distR="0" wp14:anchorId="4D018898" wp14:editId="4EE20875">
                <wp:extent cx="1728000" cy="336505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8000" cy="3365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8690982">
    <w:abstractNumId w:val="8"/>
  </w:num>
  <w:num w:numId="2" w16cid:durableId="697045820">
    <w:abstractNumId w:val="6"/>
  </w:num>
  <w:num w:numId="3" w16cid:durableId="1363747270">
    <w:abstractNumId w:val="5"/>
  </w:num>
  <w:num w:numId="4" w16cid:durableId="1420055892">
    <w:abstractNumId w:val="4"/>
  </w:num>
  <w:num w:numId="5" w16cid:durableId="1319847637">
    <w:abstractNumId w:val="7"/>
  </w:num>
  <w:num w:numId="6" w16cid:durableId="507062735">
    <w:abstractNumId w:val="3"/>
  </w:num>
  <w:num w:numId="7" w16cid:durableId="1329483976">
    <w:abstractNumId w:val="2"/>
  </w:num>
  <w:num w:numId="8" w16cid:durableId="885802550">
    <w:abstractNumId w:val="1"/>
  </w:num>
  <w:num w:numId="9" w16cid:durableId="651444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1618"/>
    <w:rsid w:val="0015074B"/>
    <w:rsid w:val="0029639D"/>
    <w:rsid w:val="00326F90"/>
    <w:rsid w:val="00845967"/>
    <w:rsid w:val="00AA1D8D"/>
    <w:rsid w:val="00B47730"/>
    <w:rsid w:val="00BA427F"/>
    <w:rsid w:val="00CB0664"/>
    <w:rsid w:val="00DF2C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DC01FE"/>
  <w14:defaultImageDpi w14:val="300"/>
  <w15:docId w15:val="{F7DAE2FF-4255-44D5-A833-59E2D3078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0" w:lineRule="auto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Rui Malcata</cp:lastModifiedBy>
  <cp:revision>3</cp:revision>
  <dcterms:created xsi:type="dcterms:W3CDTF">2013-12-23T23:15:00Z</dcterms:created>
  <dcterms:modified xsi:type="dcterms:W3CDTF">2026-10-21T14:53:00Z</dcterms:modified>
  <cp:category/>
</cp:coreProperties>
</file>